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כרטיסי שיח – מכתב למורה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ארבעת קטגוריות כרטיסי השיח ואת כובעי החשיבה הקשורים אליהם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בין רגש, עובדות, יתרונות וזהירות דרך כובעי החשיבה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הבעה אישית של תודה והוקרה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20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אדום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שחור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הוקרה ורגש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דמיון ויצירתיות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מצוין בכותרת הדף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משתפים רק מי שרוצה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כובע אדום מסמל רגש, לבן מסמל עובדות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מופיע כפתור שליפה אקראית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היא עוסקת בעתיד וביצירה, לא בעבר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שניות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אדום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לבן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אקראית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כובע חשיבה למשמעותו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(רגש)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(עובדות)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(יתרונות)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(זהירות)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(יצירתיות)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ד (סיכום)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שאלות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בכתיבה אפשר לחשוב בשקט, אין פחד מתגובה מיידית ואפשר לבחור מילים בזהירות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לעזור לתלמידים לבטא רגשות ומחשבות על מורים ועל חוסן אישי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יבטא תודה אישית וכנה, עם דוגמה קונקרטית למצב או משפט שהשפיע עליו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השראה מהשיר, בנעליים של…, הוקרה ורגש, עתיד ויצירה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כובע אדום (רגש)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אישית כנה מתקבלת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הדגישו שהשיתוף בכרטיסים הוא וולונטרי לגמרי, אין לחייב תלמיד לדבר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להשתמש בכפתור השליפה האקראית כדי לגוון את סדר העבודה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שווה לקבץ תלמידים לפי כובע חשיבה דומה ולתת להם לדון יחד לפני כתיבה אישית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כרטיסי שיח – מכתב למורה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יש כרטיסים עם שאלות על מכתב למורה. כל כרטיס מסומן בצבע וסוג מחשבה.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כרטיס שיח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כרטיס עם שאלה לדיבור או כתיבה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כובע חשיבה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סימן צבעוני שמראה איזה סוג חשיבה נדרש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ערוץ חוסן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דרך שבה אדם מתחזק מבפנים, למשל רגש או יצירתיות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הוקרה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הבעת תודה והערכה כלפי מישהו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השראה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תחושה שגורמת לנו לפעול או ליצור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שליפה אקראית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בחירה של כרטיס במקרה, בלי לדעת מראש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הבעה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הוצאת רגשות או מחשבות החוצה, בדיבור או בכתיבה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כרטיסים יש בדף?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לכמה קבוצות מחולקים הכרטיסים?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צבע מסמל רגש?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צהוב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שחור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צבע מסמל זהירות?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שחור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קבוצה עוסקת בתודה?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בנעליים של…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הוקרה ורגש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עתיד ויצירה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השראה מהשיר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איזה סוג חוסן קשור לדמיון?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חברתי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דמיון ויצירתיות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מחשבה ופעולה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בדף יש 20 כרטיסי שיח.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התלמידים חייבים לשתף את תשובתם בקול רם.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כובע אדום מסמל עובדות.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בדף יש אפשרות לשליפה אקראית של כרטיס.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הקטגוריה עתיד ויצירה עוסקת רק בזיכרונות מהעבר.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כרטיס אחד שואל על משפט של שתי __________ שנשאר איתך שנים.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כרטיס אחר מבקש לכתוב 3–4 __________ של תודה.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כובע __________ מייצג רגש בכרטיסי השיח.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כובע __________ מייצג עובדות בכרטיסי השיח.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כדי לבחור כרטיס במקרה אפשר ללחוץ על כפתור שליפה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כובע חשיבה למשמעותו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🔴 אדום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יתרונות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⚪ לבן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יצירתיות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🟡 צהוב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רגש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⚫ שחור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סיכום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🟢 ירוק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זהירות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🔵 כחול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עובדות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שאלות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לפעמים קל יותר לכתוב רגשות מאשר לומר אותם בקול?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לדעתכם המטרה של כרטיסי השיח בדף הזה?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3–4 שורות של תודה שלא אמרתם בקול למישהו שהשפיע עליכם (מורה, חבר, בן משפחה). אין חובה לשלוח.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מהן ארבע הקטגוריות של כרטיסי השיח?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כובע חשיבה מתאים לכתיבת תודה אישית?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טוב אחד ששמעתם ונשאר אתכם.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כרטיסי שיח – מכתב למורה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